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15C4E" w14:textId="70466979" w:rsidR="000B0EA9" w:rsidRPr="004D4C12" w:rsidRDefault="000B0EA9">
      <w:pPr>
        <w:pStyle w:val="AttachmentLabel"/>
        <w:rPr>
          <w:lang w:val="pl-PL"/>
        </w:rPr>
      </w:pPr>
      <w:r>
        <w:rPr>
          <w:lang w:val="pl-PL"/>
        </w:rPr>
        <w:t>Załącznik nr 2</w:t>
      </w:r>
      <w:r w:rsidRPr="004D4C12">
        <w:rPr>
          <w:lang w:val="pl-PL"/>
        </w:rPr>
        <w:br/>
        <w:t xml:space="preserve">do Regulaminu korzystania z </w:t>
      </w:r>
      <w:proofErr w:type="spellStart"/>
      <w:r w:rsidRPr="004D4C12">
        <w:rPr>
          <w:lang w:val="pl-PL"/>
        </w:rPr>
        <w:t>Powiatomatu</w:t>
      </w:r>
      <w:proofErr w:type="spellEnd"/>
      <w:r w:rsidRPr="004D4C12">
        <w:rPr>
          <w:lang w:val="pl-PL"/>
        </w:rPr>
        <w:br/>
        <w:t>Starostwa Powiatowego w Białogardzie</w:t>
      </w:r>
    </w:p>
    <w:p w14:paraId="5E4D5052" w14:textId="77777777" w:rsidR="000B0EA9" w:rsidRPr="004D4C12" w:rsidRDefault="000B0EA9" w:rsidP="000B0EA9">
      <w:pPr>
        <w:spacing w:before="240"/>
        <w:jc w:val="center"/>
        <w:rPr>
          <w:b/>
          <w:sz w:val="28"/>
          <w:lang w:val="pl-PL"/>
        </w:rPr>
      </w:pPr>
      <w:r w:rsidRPr="004D4C12">
        <w:rPr>
          <w:b/>
          <w:sz w:val="28"/>
          <w:lang w:val="pl-PL"/>
        </w:rPr>
        <w:t>DEKLARACJA ODBIORU DEPOZYTU W POWIATOMACIE</w:t>
      </w:r>
    </w:p>
    <w:p w14:paraId="570F3D84" w14:textId="77777777" w:rsidR="000B0EA9" w:rsidRPr="004D4C12" w:rsidRDefault="000B0EA9" w:rsidP="000B0EA9">
      <w:pPr>
        <w:spacing w:before="240"/>
        <w:rPr>
          <w:lang w:val="pl-PL"/>
        </w:rPr>
      </w:pPr>
      <w:r w:rsidRPr="004D4C12">
        <w:rPr>
          <w:b/>
          <w:lang w:val="pl-PL"/>
        </w:rPr>
        <w:t xml:space="preserve">Odbiorca: </w:t>
      </w:r>
      <w:r w:rsidRPr="004D4C12">
        <w:rPr>
          <w:rFonts w:ascii="Segoe UI Symbol" w:hAnsi="Segoe UI Symbol" w:cs="Segoe UI Symbol"/>
          <w:lang w:val="pl-PL"/>
        </w:rPr>
        <w:t>☐</w:t>
      </w:r>
      <w:r w:rsidRPr="004D4C12">
        <w:rPr>
          <w:lang w:val="pl-PL"/>
        </w:rPr>
        <w:t xml:space="preserve"> właściciel / strona     </w:t>
      </w:r>
      <w:r w:rsidRPr="004D4C12">
        <w:rPr>
          <w:rFonts w:ascii="Segoe UI Symbol" w:hAnsi="Segoe UI Symbol" w:cs="Segoe UI Symbol"/>
          <w:lang w:val="pl-PL"/>
        </w:rPr>
        <w:t>☐</w:t>
      </w:r>
      <w:r w:rsidRPr="004D4C12">
        <w:rPr>
          <w:lang w:val="pl-PL"/>
        </w:rPr>
        <w:t xml:space="preserve"> pe</w:t>
      </w:r>
      <w:r w:rsidRPr="004D4C12">
        <w:rPr>
          <w:rFonts w:cs="Arial"/>
          <w:lang w:val="pl-PL"/>
        </w:rPr>
        <w:t>ł</w:t>
      </w:r>
      <w:r w:rsidRPr="004D4C12">
        <w:rPr>
          <w:lang w:val="pl-PL"/>
        </w:rPr>
        <w:t>nomocnik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699"/>
        <w:gridCol w:w="4697"/>
      </w:tblGrid>
      <w:tr w:rsidR="000B0EA9" w14:paraId="36DB6096" w14:textId="77777777" w:rsidTr="00716632">
        <w:trPr>
          <w:trHeight w:val="583"/>
          <w:jc w:val="center"/>
        </w:trPr>
        <w:tc>
          <w:tcPr>
            <w:tcW w:w="4699" w:type="dxa"/>
            <w:vAlign w:val="center"/>
          </w:tcPr>
          <w:p w14:paraId="7EB7E816" w14:textId="77777777" w:rsidR="000B0EA9" w:rsidRDefault="000B0EA9" w:rsidP="00716632">
            <w:proofErr w:type="spellStart"/>
            <w:r>
              <w:rPr>
                <w:b/>
              </w:rPr>
              <w:t>Imię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nazwisko</w:t>
            </w:r>
            <w:proofErr w:type="spellEnd"/>
            <w:r>
              <w:rPr>
                <w:b/>
              </w:rPr>
              <w:t xml:space="preserve"> / </w:t>
            </w:r>
            <w:proofErr w:type="spellStart"/>
            <w:r>
              <w:rPr>
                <w:b/>
              </w:rPr>
              <w:t>nazwa</w:t>
            </w:r>
            <w:proofErr w:type="spellEnd"/>
          </w:p>
        </w:tc>
        <w:tc>
          <w:tcPr>
            <w:tcW w:w="4697" w:type="dxa"/>
            <w:vAlign w:val="center"/>
          </w:tcPr>
          <w:p w14:paraId="704F8CD9" w14:textId="77777777" w:rsidR="000B0EA9" w:rsidRDefault="000B0EA9" w:rsidP="00716632">
            <w:r>
              <w:t xml:space="preserve"> </w:t>
            </w:r>
          </w:p>
        </w:tc>
      </w:tr>
      <w:tr w:rsidR="000B0EA9" w14:paraId="0D2CB174" w14:textId="77777777" w:rsidTr="00716632">
        <w:trPr>
          <w:trHeight w:val="691"/>
          <w:jc w:val="center"/>
        </w:trPr>
        <w:tc>
          <w:tcPr>
            <w:tcW w:w="4699" w:type="dxa"/>
            <w:vAlign w:val="center"/>
          </w:tcPr>
          <w:p w14:paraId="191528CC" w14:textId="77777777" w:rsidR="000B0EA9" w:rsidRDefault="000B0EA9" w:rsidP="00716632">
            <w:proofErr w:type="spellStart"/>
            <w:r>
              <w:rPr>
                <w:b/>
              </w:rPr>
              <w:t>Numer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telefonu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komórkowego</w:t>
            </w:r>
            <w:proofErr w:type="spellEnd"/>
          </w:p>
        </w:tc>
        <w:tc>
          <w:tcPr>
            <w:tcW w:w="4697" w:type="dxa"/>
            <w:vAlign w:val="center"/>
          </w:tcPr>
          <w:p w14:paraId="5BCAC677" w14:textId="77777777" w:rsidR="000B0EA9" w:rsidRDefault="000B0EA9" w:rsidP="00716632">
            <w:r>
              <w:t xml:space="preserve"> </w:t>
            </w:r>
          </w:p>
        </w:tc>
      </w:tr>
    </w:tbl>
    <w:p w14:paraId="06A06A0A" w14:textId="77777777" w:rsidR="000B0EA9" w:rsidRDefault="000B0EA9" w:rsidP="000B0EA9"/>
    <w:p w14:paraId="5310AC44" w14:textId="77777777" w:rsidR="000B0EA9" w:rsidRPr="004D4C12" w:rsidRDefault="000B0EA9" w:rsidP="000B0EA9">
      <w:pPr>
        <w:jc w:val="both"/>
        <w:rPr>
          <w:b/>
          <w:bCs/>
          <w:lang w:val="pl-PL"/>
        </w:rPr>
      </w:pPr>
      <w:r w:rsidRPr="004D4C12">
        <w:rPr>
          <w:rFonts w:ascii="Segoe UI Symbol" w:hAnsi="Segoe UI Symbol" w:cs="Segoe UI Symbol"/>
          <w:b/>
          <w:bCs/>
          <w:lang w:val="pl-PL"/>
        </w:rPr>
        <w:t>☐</w:t>
      </w:r>
      <w:r>
        <w:rPr>
          <w:b/>
          <w:bCs/>
          <w:lang w:val="pl-PL"/>
        </w:rPr>
        <w:t xml:space="preserve">   </w:t>
      </w:r>
      <w:r w:rsidRPr="004D4C12">
        <w:rPr>
          <w:b/>
          <w:lang w:val="pl-PL"/>
        </w:rPr>
        <w:t xml:space="preserve">Deklaruję odbiór </w:t>
      </w:r>
      <w:r w:rsidRPr="004D4C12">
        <w:rPr>
          <w:b/>
          <w:bCs/>
          <w:lang w:val="pl-PL"/>
        </w:rPr>
        <w:t xml:space="preserve">dokumentów urzędowych i/lub oznaczeń komunikacyjnych </w:t>
      </w:r>
    </w:p>
    <w:p w14:paraId="41AD941B" w14:textId="77777777" w:rsidR="000B0EA9" w:rsidRDefault="000B0EA9" w:rsidP="000B0EA9">
      <w:pPr>
        <w:jc w:val="both"/>
        <w:rPr>
          <w:b/>
          <w:lang w:val="pl-PL"/>
        </w:rPr>
      </w:pPr>
      <w:r w:rsidRPr="004D4C12">
        <w:rPr>
          <w:b/>
          <w:lang w:val="pl-PL"/>
        </w:rPr>
        <w:t xml:space="preserve">za pośrednictwem </w:t>
      </w:r>
      <w:proofErr w:type="spellStart"/>
      <w:r w:rsidRPr="004D4C12">
        <w:rPr>
          <w:b/>
          <w:lang w:val="pl-PL"/>
        </w:rPr>
        <w:t>Powiatomatu</w:t>
      </w:r>
      <w:proofErr w:type="spellEnd"/>
      <w:r w:rsidRPr="004D4C12">
        <w:rPr>
          <w:b/>
          <w:lang w:val="pl-PL"/>
        </w:rPr>
        <w:t>.</w:t>
      </w:r>
    </w:p>
    <w:p w14:paraId="3B179CC3" w14:textId="77777777" w:rsidR="000B0EA9" w:rsidRDefault="000B0EA9" w:rsidP="000B0EA9">
      <w:pPr>
        <w:jc w:val="both"/>
        <w:rPr>
          <w:b/>
          <w:lang w:val="pl-PL"/>
        </w:rPr>
      </w:pPr>
      <w:r w:rsidRPr="004D4C12">
        <w:rPr>
          <w:rFonts w:ascii="Segoe UI Symbol" w:hAnsi="Segoe UI Symbol" w:cs="Segoe UI Symbol"/>
          <w:b/>
          <w:bCs/>
          <w:lang w:val="pl-PL"/>
        </w:rPr>
        <w:t>☐</w:t>
      </w:r>
      <w:r>
        <w:rPr>
          <w:rFonts w:ascii="Segoe UI Symbol" w:hAnsi="Segoe UI Symbol" w:cs="Segoe UI Symbol"/>
          <w:b/>
          <w:bCs/>
          <w:lang w:val="pl-PL"/>
        </w:rPr>
        <w:t xml:space="preserve">   </w:t>
      </w:r>
      <w:r>
        <w:rPr>
          <w:b/>
          <w:lang w:val="pl-PL"/>
        </w:rPr>
        <w:t xml:space="preserve">Wyrażam zgodę na przetwarzanie moich danych osobowych </w:t>
      </w:r>
      <w:r w:rsidRPr="009E6702">
        <w:rPr>
          <w:lang w:val="pl-PL"/>
        </w:rPr>
        <w:t xml:space="preserve">w celu przygotowania                        i wydania dokumentu za pośrednictwem </w:t>
      </w:r>
      <w:proofErr w:type="spellStart"/>
      <w:r w:rsidRPr="009E6702">
        <w:rPr>
          <w:lang w:val="pl-PL"/>
        </w:rPr>
        <w:t>Powiatomatu</w:t>
      </w:r>
      <w:proofErr w:type="spellEnd"/>
      <w:r w:rsidRPr="009E6702">
        <w:rPr>
          <w:lang w:val="pl-PL"/>
        </w:rPr>
        <w:t>, identyfikacji osoby uprawnionej do odbioru, przesłania powiadomienia SMS, obsługi kodu PIN, potwierdzenia odbioru, zapewnienia bezpieczeństwa procesu wydania oraz rozliczalności wykonanych czynności. dokumentów urzędowych zgodnie z art. 6 ust. 1 lit. a RODO (dobrowolna zgoda osoby, której dane dotyczą).</w:t>
      </w:r>
    </w:p>
    <w:p w14:paraId="13E5AD39" w14:textId="77777777" w:rsidR="000B0EA9" w:rsidRDefault="000B0EA9" w:rsidP="000B0EA9">
      <w:pPr>
        <w:jc w:val="both"/>
        <w:rPr>
          <w:b/>
          <w:lang w:val="pl-PL"/>
        </w:rPr>
      </w:pPr>
    </w:p>
    <w:p w14:paraId="6D332903" w14:textId="77777777" w:rsidR="000B0EA9" w:rsidRDefault="000B0EA9" w:rsidP="000B0EA9">
      <w:pPr>
        <w:jc w:val="both"/>
        <w:rPr>
          <w:b/>
          <w:lang w:val="pl-P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0B0EA9" w14:paraId="42F8F7C7" w14:textId="77777777" w:rsidTr="00716632">
        <w:trPr>
          <w:jc w:val="center"/>
        </w:trPr>
        <w:tc>
          <w:tcPr>
            <w:tcW w:w="4703" w:type="dxa"/>
            <w:vAlign w:val="bottom"/>
          </w:tcPr>
          <w:p w14:paraId="5EB958F7" w14:textId="77777777" w:rsidR="000B0EA9" w:rsidRDefault="000B0EA9" w:rsidP="00716632">
            <w:proofErr w:type="spellStart"/>
            <w:r>
              <w:t>Białogard</w:t>
            </w:r>
            <w:proofErr w:type="spellEnd"/>
            <w:r>
              <w:t>, dnia ........................................</w:t>
            </w:r>
          </w:p>
        </w:tc>
        <w:tc>
          <w:tcPr>
            <w:tcW w:w="4703" w:type="dxa"/>
            <w:vAlign w:val="bottom"/>
          </w:tcPr>
          <w:p w14:paraId="0796E5C2" w14:textId="77777777" w:rsidR="000B0EA9" w:rsidRDefault="000B0EA9" w:rsidP="00716632">
            <w:r>
              <w:t>........................................................................</w:t>
            </w:r>
          </w:p>
        </w:tc>
      </w:tr>
      <w:tr w:rsidR="000B0EA9" w:rsidRPr="004D4C12" w14:paraId="455C2099" w14:textId="77777777" w:rsidTr="00716632">
        <w:trPr>
          <w:jc w:val="center"/>
        </w:trPr>
        <w:tc>
          <w:tcPr>
            <w:tcW w:w="4703" w:type="dxa"/>
            <w:vAlign w:val="bottom"/>
          </w:tcPr>
          <w:p w14:paraId="64465EE3" w14:textId="77777777" w:rsidR="000B0EA9" w:rsidRPr="009B3566" w:rsidRDefault="000B0EA9" w:rsidP="00716632">
            <w:pPr>
              <w:rPr>
                <w:sz w:val="16"/>
                <w:szCs w:val="16"/>
              </w:rPr>
            </w:pPr>
          </w:p>
        </w:tc>
        <w:tc>
          <w:tcPr>
            <w:tcW w:w="4703" w:type="dxa"/>
            <w:vAlign w:val="bottom"/>
          </w:tcPr>
          <w:p w14:paraId="7AB3233F" w14:textId="77777777" w:rsidR="000B0EA9" w:rsidRPr="004D4C12" w:rsidRDefault="000B0EA9" w:rsidP="00716632">
            <w:pPr>
              <w:rPr>
                <w:sz w:val="16"/>
                <w:szCs w:val="16"/>
                <w:lang w:val="pl-PL"/>
              </w:rPr>
            </w:pPr>
            <w:r w:rsidRPr="004D4C12">
              <w:rPr>
                <w:sz w:val="16"/>
                <w:szCs w:val="16"/>
                <w:lang w:val="pl-PL"/>
              </w:rPr>
              <w:t xml:space="preserve">           (czytelny podpis osoby składającej deklarację)</w:t>
            </w:r>
          </w:p>
        </w:tc>
      </w:tr>
    </w:tbl>
    <w:p w14:paraId="7A5B5908" w14:textId="77777777" w:rsidR="000B0EA9" w:rsidRPr="004D4C12" w:rsidRDefault="000B0EA9" w:rsidP="000B0EA9">
      <w:pPr>
        <w:rPr>
          <w:lang w:val="pl-PL"/>
        </w:rPr>
      </w:pPr>
      <w:r w:rsidRPr="004D4C12">
        <w:rPr>
          <w:b/>
          <w:lang w:val="pl-PL"/>
        </w:rPr>
        <w:t>Oświadczam, że:</w:t>
      </w:r>
    </w:p>
    <w:p w14:paraId="1D7384BD" w14:textId="77777777" w:rsidR="000B0EA9" w:rsidRPr="009E6702" w:rsidRDefault="000B0EA9" w:rsidP="000B0EA9">
      <w:pPr>
        <w:ind w:left="340" w:hanging="255"/>
        <w:jc w:val="both"/>
        <w:rPr>
          <w:lang w:val="pl-PL"/>
        </w:rPr>
      </w:pPr>
      <w:r w:rsidRPr="009E6702">
        <w:rPr>
          <w:b/>
          <w:lang w:val="pl-PL"/>
        </w:rPr>
        <w:t xml:space="preserve">1) </w:t>
      </w:r>
      <w:r w:rsidRPr="009E6702">
        <w:rPr>
          <w:lang w:val="pl-PL"/>
        </w:rPr>
        <w:t>podany numer telefonu jest prawidłowy i pozostaje w moim użytkowaniu albo w użytkowaniu ustanowionego pełnomocnika uprawnionego do odbioru;</w:t>
      </w:r>
    </w:p>
    <w:p w14:paraId="73B811CF" w14:textId="77777777" w:rsidR="000B0EA9" w:rsidRPr="009E6702" w:rsidRDefault="000B0EA9" w:rsidP="000B0EA9">
      <w:pPr>
        <w:ind w:left="340" w:hanging="255"/>
        <w:jc w:val="both"/>
        <w:rPr>
          <w:lang w:val="pl-PL"/>
        </w:rPr>
      </w:pPr>
      <w:r w:rsidRPr="009E6702">
        <w:rPr>
          <w:b/>
          <w:lang w:val="pl-PL"/>
        </w:rPr>
        <w:t xml:space="preserve">2) </w:t>
      </w:r>
      <w:r w:rsidRPr="009E6702">
        <w:rPr>
          <w:lang w:val="pl-PL"/>
        </w:rPr>
        <w:t>zapoznałem(-</w:t>
      </w:r>
      <w:proofErr w:type="spellStart"/>
      <w:r w:rsidRPr="009E6702">
        <w:rPr>
          <w:lang w:val="pl-PL"/>
        </w:rPr>
        <w:t>am</w:t>
      </w:r>
      <w:proofErr w:type="spellEnd"/>
      <w:r w:rsidRPr="009E6702">
        <w:rPr>
          <w:lang w:val="pl-PL"/>
        </w:rPr>
        <w:t xml:space="preserve">) się z Regulaminem korzystania z </w:t>
      </w:r>
      <w:proofErr w:type="spellStart"/>
      <w:r w:rsidRPr="009E6702">
        <w:rPr>
          <w:lang w:val="pl-PL"/>
        </w:rPr>
        <w:t>Powiatomatu</w:t>
      </w:r>
      <w:proofErr w:type="spellEnd"/>
      <w:r w:rsidRPr="009E6702">
        <w:rPr>
          <w:lang w:val="pl-PL"/>
        </w:rPr>
        <w:t xml:space="preserve"> i zobowiązuję się do jego przestrzegania;</w:t>
      </w:r>
    </w:p>
    <w:p w14:paraId="77903984" w14:textId="77777777" w:rsidR="000B0EA9" w:rsidRPr="009E6702" w:rsidRDefault="000B0EA9" w:rsidP="000B0EA9">
      <w:pPr>
        <w:ind w:left="340" w:hanging="255"/>
        <w:jc w:val="both"/>
        <w:rPr>
          <w:lang w:val="pl-PL"/>
        </w:rPr>
      </w:pPr>
      <w:r w:rsidRPr="009E6702">
        <w:rPr>
          <w:b/>
          <w:lang w:val="pl-PL"/>
        </w:rPr>
        <w:t xml:space="preserve">3) </w:t>
      </w:r>
      <w:r w:rsidRPr="009E6702">
        <w:rPr>
          <w:lang w:val="pl-PL"/>
        </w:rPr>
        <w:t>przyjmuję do wiadomości, że na podany numer telefonu zostanie przesłana wiadomość SMS z kodem PIN i informacją o terminie odbioru. Zobowiązuję się nie udostępniać kodu PIN osobom nieuprawnionym;</w:t>
      </w:r>
    </w:p>
    <w:p w14:paraId="72FB7EF3" w14:textId="77777777" w:rsidR="000B0EA9" w:rsidRPr="009E6702" w:rsidRDefault="000B0EA9" w:rsidP="000B0EA9">
      <w:pPr>
        <w:ind w:left="340" w:hanging="255"/>
        <w:jc w:val="both"/>
        <w:rPr>
          <w:lang w:val="pl-PL"/>
        </w:rPr>
      </w:pPr>
      <w:r w:rsidRPr="009E6702">
        <w:rPr>
          <w:b/>
          <w:lang w:val="pl-PL"/>
        </w:rPr>
        <w:t xml:space="preserve">4) </w:t>
      </w:r>
      <w:r w:rsidRPr="009E6702">
        <w:rPr>
          <w:lang w:val="pl-PL"/>
        </w:rPr>
        <w:t>jestem świadomy(-a), że użycie numeru telefonu i prawidłowego kodu PIN, a także złożenie podpisu na ekranie, umożliwia otwarcie skrytki i stanowi elektroniczne potwierdzenie odbioru depozytu;</w:t>
      </w:r>
    </w:p>
    <w:p w14:paraId="3542362D" w14:textId="77777777" w:rsidR="000B0EA9" w:rsidRPr="009E6702" w:rsidRDefault="000B0EA9" w:rsidP="000B0EA9">
      <w:pPr>
        <w:ind w:left="340" w:hanging="255"/>
        <w:jc w:val="both"/>
        <w:rPr>
          <w:lang w:val="pl-PL"/>
        </w:rPr>
      </w:pPr>
      <w:r w:rsidRPr="009E6702">
        <w:rPr>
          <w:b/>
          <w:lang w:val="pl-PL"/>
        </w:rPr>
        <w:t xml:space="preserve">5) </w:t>
      </w:r>
      <w:r w:rsidRPr="009E6702">
        <w:rPr>
          <w:lang w:val="pl-PL"/>
        </w:rPr>
        <w:t xml:space="preserve">przyjmuję do wiadomości, że po upływie terminu wskazanego w wiadomości SMS depozyt zostanie wyjęty z </w:t>
      </w:r>
      <w:proofErr w:type="spellStart"/>
      <w:r w:rsidRPr="009E6702">
        <w:rPr>
          <w:lang w:val="pl-PL"/>
        </w:rPr>
        <w:t>Powiatomatu</w:t>
      </w:r>
      <w:proofErr w:type="spellEnd"/>
      <w:r w:rsidRPr="009E6702">
        <w:rPr>
          <w:lang w:val="pl-PL"/>
        </w:rPr>
        <w:t>, a jego odbiór będzie możliwy we właściwym wydziale Starostwa;</w:t>
      </w:r>
    </w:p>
    <w:p w14:paraId="4825269A" w14:textId="77777777" w:rsidR="000B0EA9" w:rsidRPr="009E6702" w:rsidRDefault="000B0EA9" w:rsidP="000B0EA9">
      <w:pPr>
        <w:ind w:left="340" w:hanging="255"/>
        <w:jc w:val="both"/>
        <w:rPr>
          <w:lang w:val="pl-PL"/>
        </w:rPr>
      </w:pPr>
      <w:r w:rsidRPr="009E6702">
        <w:rPr>
          <w:b/>
          <w:lang w:val="pl-PL"/>
        </w:rPr>
        <w:t xml:space="preserve">6) </w:t>
      </w:r>
      <w:r w:rsidRPr="009E6702">
        <w:rPr>
          <w:lang w:val="pl-PL"/>
        </w:rPr>
        <w:t>zapoznałem(-</w:t>
      </w:r>
      <w:proofErr w:type="spellStart"/>
      <w:r w:rsidRPr="009E6702">
        <w:rPr>
          <w:lang w:val="pl-PL"/>
        </w:rPr>
        <w:t>am</w:t>
      </w:r>
      <w:proofErr w:type="spellEnd"/>
      <w:r w:rsidRPr="009E6702">
        <w:rPr>
          <w:lang w:val="pl-PL"/>
        </w:rPr>
        <w:t xml:space="preserve">) się z klauzulą informacyjną dotyczącą przetwarzania danych osobowych        w związku z korzystaniem z </w:t>
      </w:r>
      <w:proofErr w:type="spellStart"/>
      <w:r w:rsidRPr="009E6702">
        <w:rPr>
          <w:lang w:val="pl-PL"/>
        </w:rPr>
        <w:t>Powiatomatu</w:t>
      </w:r>
      <w:proofErr w:type="spellEnd"/>
      <w:r w:rsidRPr="009E6702">
        <w:rPr>
          <w:lang w:val="pl-PL"/>
        </w:rPr>
        <w:t>.</w:t>
      </w:r>
    </w:p>
    <w:p w14:paraId="5446BC02" w14:textId="77777777" w:rsidR="000B0EA9" w:rsidRPr="004D4C12" w:rsidRDefault="000B0EA9" w:rsidP="000B0EA9">
      <w:pPr>
        <w:rPr>
          <w:lang w:val="pl-P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0B0EA9" w14:paraId="7AD3DF22" w14:textId="77777777" w:rsidTr="00716632">
        <w:trPr>
          <w:jc w:val="center"/>
        </w:trPr>
        <w:tc>
          <w:tcPr>
            <w:tcW w:w="4703" w:type="dxa"/>
            <w:vAlign w:val="bottom"/>
          </w:tcPr>
          <w:p w14:paraId="38A77F4E" w14:textId="77777777" w:rsidR="000B0EA9" w:rsidRDefault="000B0EA9" w:rsidP="00716632">
            <w:proofErr w:type="spellStart"/>
            <w:r>
              <w:t>Białogard</w:t>
            </w:r>
            <w:proofErr w:type="spellEnd"/>
            <w:r>
              <w:t>, dnia ........................................</w:t>
            </w:r>
          </w:p>
        </w:tc>
        <w:tc>
          <w:tcPr>
            <w:tcW w:w="4703" w:type="dxa"/>
            <w:vAlign w:val="bottom"/>
          </w:tcPr>
          <w:p w14:paraId="0CCBA05E" w14:textId="77777777" w:rsidR="000B0EA9" w:rsidRDefault="000B0EA9" w:rsidP="00716632">
            <w:r>
              <w:t>........................................................................</w:t>
            </w:r>
          </w:p>
        </w:tc>
      </w:tr>
      <w:tr w:rsidR="000B0EA9" w:rsidRPr="004D4C12" w14:paraId="0BFFAF15" w14:textId="77777777" w:rsidTr="00716632">
        <w:trPr>
          <w:jc w:val="center"/>
        </w:trPr>
        <w:tc>
          <w:tcPr>
            <w:tcW w:w="4703" w:type="dxa"/>
            <w:vAlign w:val="bottom"/>
          </w:tcPr>
          <w:p w14:paraId="2D2402E7" w14:textId="77777777" w:rsidR="000B0EA9" w:rsidRPr="009B3566" w:rsidRDefault="000B0EA9" w:rsidP="00716632">
            <w:pPr>
              <w:rPr>
                <w:sz w:val="16"/>
                <w:szCs w:val="16"/>
              </w:rPr>
            </w:pPr>
          </w:p>
        </w:tc>
        <w:tc>
          <w:tcPr>
            <w:tcW w:w="4703" w:type="dxa"/>
            <w:vAlign w:val="bottom"/>
          </w:tcPr>
          <w:p w14:paraId="599032F4" w14:textId="77777777" w:rsidR="000B0EA9" w:rsidRPr="004D4C12" w:rsidRDefault="000B0EA9" w:rsidP="00716632">
            <w:pPr>
              <w:rPr>
                <w:sz w:val="16"/>
                <w:szCs w:val="16"/>
                <w:lang w:val="pl-PL"/>
              </w:rPr>
            </w:pPr>
            <w:r w:rsidRPr="004D4C12">
              <w:rPr>
                <w:sz w:val="16"/>
                <w:szCs w:val="16"/>
                <w:lang w:val="pl-PL"/>
              </w:rPr>
              <w:t xml:space="preserve">           (czytelny podpis osoby składającej deklarację)</w:t>
            </w:r>
          </w:p>
        </w:tc>
      </w:tr>
    </w:tbl>
    <w:p w14:paraId="20F34A48" w14:textId="71C03E28" w:rsidR="00A07DB0" w:rsidRPr="004D4C12" w:rsidRDefault="000B0EA9">
      <w:pPr>
        <w:pStyle w:val="AttachmentLabel"/>
        <w:rPr>
          <w:lang w:val="pl-PL"/>
        </w:rPr>
      </w:pPr>
      <w:r>
        <w:rPr>
          <w:noProof/>
          <w:lang w:val="pl-PL" w:eastAsia="pl-PL"/>
        </w:rPr>
        <w:lastRenderedPageBreak/>
        <mc:AlternateContent>
          <mc:Choice Requires="wpc">
            <w:drawing>
              <wp:anchor distT="0" distB="0" distL="114300" distR="114300" simplePos="0" relativeHeight="251678720" behindDoc="1" locked="0" layoutInCell="1" allowOverlap="1" wp14:anchorId="0C88C7A3" wp14:editId="765F71FB">
                <wp:simplePos x="0" y="0"/>
                <wp:positionH relativeFrom="column">
                  <wp:posOffset>-899795</wp:posOffset>
                </wp:positionH>
                <wp:positionV relativeFrom="paragraph">
                  <wp:posOffset>-720090</wp:posOffset>
                </wp:positionV>
                <wp:extent cx="1819275" cy="2972435"/>
                <wp:effectExtent l="0" t="0" r="0" b="0"/>
                <wp:wrapNone/>
                <wp:docPr id="557806806" name="Kanwa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921E7A" id="Kanwa 7" o:spid="_x0000_s1026" editas="canvas" style="position:absolute;margin-left:-70.85pt;margin-top:-56.7pt;width:143.25pt;height:234.05pt;z-index:-251637760" coordsize="18192,29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8192;height:29724;visibility:visible;mso-wrap-style:square">
                  <v:fill o:detectmouseclick="t"/>
                  <v:path o:connecttype="none"/>
                </v:shape>
              </v:group>
            </w:pict>
          </mc:Fallback>
        </mc:AlternateContent>
      </w:r>
      <w:r w:rsidR="006867D4" w:rsidRPr="004D4C12">
        <w:rPr>
          <w:lang w:val="pl-PL"/>
        </w:rPr>
        <w:t xml:space="preserve">Załącznik nr </w:t>
      </w:r>
      <w:r w:rsidR="006F7A0D" w:rsidRPr="004D4C12">
        <w:rPr>
          <w:lang w:val="pl-PL"/>
        </w:rPr>
        <w:t>3</w:t>
      </w:r>
      <w:r w:rsidR="006867D4" w:rsidRPr="004D4C12">
        <w:rPr>
          <w:lang w:val="pl-PL"/>
        </w:rPr>
        <w:br/>
        <w:t xml:space="preserve">do Regulaminu korzystania z </w:t>
      </w:r>
      <w:proofErr w:type="spellStart"/>
      <w:r w:rsidR="00920C6C" w:rsidRPr="004D4C12">
        <w:rPr>
          <w:lang w:val="pl-PL"/>
        </w:rPr>
        <w:t>Powiatomatu</w:t>
      </w:r>
      <w:proofErr w:type="spellEnd"/>
      <w:r w:rsidR="006867D4" w:rsidRPr="004D4C12">
        <w:rPr>
          <w:lang w:val="pl-PL"/>
        </w:rPr>
        <w:br/>
        <w:t>Starostwa Powiatowego w Białogardzie</w:t>
      </w:r>
    </w:p>
    <w:p w14:paraId="417D5C62" w14:textId="77777777" w:rsidR="002A2921" w:rsidRDefault="002A2921">
      <w:pPr>
        <w:jc w:val="center"/>
        <w:rPr>
          <w:b/>
          <w:sz w:val="28"/>
          <w:lang w:val="pl-PL"/>
        </w:rPr>
      </w:pPr>
    </w:p>
    <w:p w14:paraId="30757536" w14:textId="562E18E1" w:rsidR="00A07DB0" w:rsidRPr="004D4C12" w:rsidRDefault="006867D4">
      <w:pPr>
        <w:jc w:val="center"/>
        <w:rPr>
          <w:lang w:val="pl-PL"/>
        </w:rPr>
      </w:pPr>
      <w:r w:rsidRPr="004D4C12">
        <w:rPr>
          <w:b/>
          <w:sz w:val="28"/>
          <w:lang w:val="pl-PL"/>
        </w:rPr>
        <w:t>KLAUZULA INFORMACYJNA</w:t>
      </w:r>
    </w:p>
    <w:p w14:paraId="251E7648" w14:textId="1068AB91" w:rsidR="00A07DB0" w:rsidRPr="004D4C12" w:rsidRDefault="006867D4">
      <w:pPr>
        <w:jc w:val="center"/>
        <w:rPr>
          <w:lang w:val="pl-PL"/>
        </w:rPr>
      </w:pPr>
      <w:r w:rsidRPr="004D4C12">
        <w:rPr>
          <w:b/>
          <w:lang w:val="pl-PL"/>
        </w:rPr>
        <w:t xml:space="preserve">dotycząca przetwarzania danych osobowych w związku z korzystaniem z </w:t>
      </w:r>
      <w:proofErr w:type="spellStart"/>
      <w:r w:rsidR="00920C6C" w:rsidRPr="004D4C12">
        <w:rPr>
          <w:b/>
          <w:lang w:val="pl-PL"/>
        </w:rPr>
        <w:t>Powiatomatu</w:t>
      </w:r>
      <w:proofErr w:type="spellEnd"/>
    </w:p>
    <w:p w14:paraId="1CAC5D95" w14:textId="5C685BAE" w:rsidR="00A07DB0" w:rsidRPr="004D4C12" w:rsidRDefault="006867D4" w:rsidP="002A4BC9">
      <w:pPr>
        <w:jc w:val="both"/>
        <w:rPr>
          <w:lang w:val="pl-PL"/>
        </w:rPr>
      </w:pPr>
      <w:r w:rsidRPr="004D4C12">
        <w:rPr>
          <w:lang w:val="pl-PL"/>
        </w:rPr>
        <w:t>Zgodnie z art. 13 ust. 1 i 2</w:t>
      </w:r>
      <w:r w:rsidR="00D838ED">
        <w:rPr>
          <w:lang w:val="pl-PL"/>
        </w:rPr>
        <w:t xml:space="preserve"> </w:t>
      </w:r>
      <w:r w:rsidR="00793404" w:rsidRPr="004D4C12">
        <w:rPr>
          <w:lang w:val="pl-PL"/>
        </w:rPr>
        <w:t>R</w:t>
      </w:r>
      <w:r w:rsidRPr="004D4C12">
        <w:rPr>
          <w:lang w:val="pl-PL"/>
        </w:rPr>
        <w:t xml:space="preserve">ozporządzenia Parlamentu Europejskiego i Rady (UE) 2016/679 </w:t>
      </w:r>
      <w:r w:rsidR="00793404" w:rsidRPr="004D4C12">
        <w:rPr>
          <w:lang w:val="pl-PL"/>
        </w:rPr>
        <w:t xml:space="preserve">                  </w:t>
      </w:r>
      <w:r w:rsidRPr="004D4C12">
        <w:rPr>
          <w:lang w:val="pl-PL"/>
        </w:rPr>
        <w:t xml:space="preserve">z dnia 27 kwietnia 2016 r. </w:t>
      </w:r>
      <w:r w:rsidR="00793404" w:rsidRPr="004D4C12">
        <w:rPr>
          <w:lang w:val="pl-PL"/>
        </w:rPr>
        <w:t>w sprawie ochrony osób fizycznych w związku z przetwarzaniem danych osobowych i w sprawie swobodnego przepływu takich danych oraz uchylenia dyrektywy 95/46/WE (Dz. Urz. UE L 119/ z 04.05.2016 r.), dalej jako „RODO”, Starosta Białogardzki informuj</w:t>
      </w:r>
      <w:r w:rsidR="00D838ED">
        <w:rPr>
          <w:lang w:val="pl-PL"/>
        </w:rPr>
        <w:t>e</w:t>
      </w:r>
      <w:r w:rsidR="00793404" w:rsidRPr="004D4C12">
        <w:rPr>
          <w:lang w:val="pl-PL"/>
        </w:rPr>
        <w:t>, iż:</w:t>
      </w:r>
    </w:p>
    <w:p w14:paraId="1B8EE42A" w14:textId="77777777" w:rsidR="00A07DB0" w:rsidRPr="004D4C12" w:rsidRDefault="006867D4">
      <w:pPr>
        <w:spacing w:before="140"/>
        <w:rPr>
          <w:lang w:val="pl-PL"/>
        </w:rPr>
      </w:pPr>
      <w:r w:rsidRPr="004D4C12">
        <w:rPr>
          <w:b/>
          <w:lang w:val="pl-PL"/>
        </w:rPr>
        <w:t>1. Administrator danych</w:t>
      </w:r>
    </w:p>
    <w:p w14:paraId="0167BB0A" w14:textId="5014A22A" w:rsidR="00A07DB0" w:rsidRPr="004D4C12" w:rsidRDefault="006867D4" w:rsidP="002A4BC9">
      <w:pPr>
        <w:jc w:val="both"/>
        <w:rPr>
          <w:lang w:val="pl-PL"/>
        </w:rPr>
      </w:pPr>
      <w:r w:rsidRPr="004D4C12">
        <w:rPr>
          <w:lang w:val="pl-PL"/>
        </w:rPr>
        <w:t>Administratorem Pani/Pana danych osobowych jest Starosta Białogardzki</w:t>
      </w:r>
      <w:r w:rsidR="002A4BC9" w:rsidRPr="004D4C12">
        <w:rPr>
          <w:lang w:val="pl-PL"/>
        </w:rPr>
        <w:t>.</w:t>
      </w:r>
      <w:r w:rsidRPr="004D4C12">
        <w:rPr>
          <w:lang w:val="pl-PL"/>
        </w:rPr>
        <w:t xml:space="preserve"> </w:t>
      </w:r>
      <w:r w:rsidR="002A4BC9" w:rsidRPr="004D4C12">
        <w:rPr>
          <w:lang w:val="pl-PL"/>
        </w:rPr>
        <w:t xml:space="preserve">                                          Dane kontaktowe: Starostwo Powiatowe w Białogardzie, Plac Wolności 16-17, 78-200 Białogard, </w:t>
      </w:r>
      <w:r w:rsidRPr="004D4C12">
        <w:rPr>
          <w:lang w:val="pl-PL"/>
        </w:rPr>
        <w:t>tel</w:t>
      </w:r>
      <w:r w:rsidR="002A4BC9" w:rsidRPr="004D4C12">
        <w:rPr>
          <w:lang w:val="pl-PL"/>
        </w:rPr>
        <w:t xml:space="preserve">.: </w:t>
      </w:r>
      <w:r w:rsidRPr="004D4C12">
        <w:rPr>
          <w:lang w:val="pl-PL"/>
        </w:rPr>
        <w:t>94 312 09 01 oraz za pośrednictwem kanałów elektronicznych udostępnionych na stronie internetowej i w Biuletynie Informacji Publicznej Starostwa.</w:t>
      </w:r>
    </w:p>
    <w:p w14:paraId="037F2B8E" w14:textId="77777777" w:rsidR="00A07DB0" w:rsidRPr="004D4C12" w:rsidRDefault="006867D4">
      <w:pPr>
        <w:spacing w:before="140"/>
        <w:rPr>
          <w:lang w:val="pl-PL"/>
        </w:rPr>
      </w:pPr>
      <w:r w:rsidRPr="004D4C12">
        <w:rPr>
          <w:b/>
          <w:lang w:val="pl-PL"/>
        </w:rPr>
        <w:t>2. Inspektor Ochrony Danych</w:t>
      </w:r>
    </w:p>
    <w:p w14:paraId="40B68D8D" w14:textId="77777777" w:rsidR="00A07DB0" w:rsidRPr="004D4C12" w:rsidRDefault="006867D4" w:rsidP="002A4BC9">
      <w:pPr>
        <w:jc w:val="both"/>
        <w:rPr>
          <w:lang w:val="pl-PL"/>
        </w:rPr>
      </w:pPr>
      <w:r w:rsidRPr="004D4C12">
        <w:rPr>
          <w:lang w:val="pl-PL"/>
        </w:rPr>
        <w:t>Administrator wyznaczył Inspektora Ochrony Danych, z którym można kontaktować się we wszystkich sprawach dotyczących przetwarzania danych osobowych i korzystania z praw wynikających z RODO:</w:t>
      </w:r>
    </w:p>
    <w:p w14:paraId="00E21CC2" w14:textId="6205AA42" w:rsidR="002A4BC9" w:rsidRPr="004D4C12" w:rsidRDefault="002A4BC9" w:rsidP="002A4BC9">
      <w:pPr>
        <w:jc w:val="both"/>
        <w:rPr>
          <w:lang w:val="pl-PL"/>
        </w:rPr>
      </w:pPr>
      <w:r w:rsidRPr="004D4C12">
        <w:rPr>
          <w:lang w:val="pl-PL"/>
        </w:rPr>
        <w:t>Inspektorem Ochrony Danych (IOD) jest Pani Oliwia Filipczak.</w:t>
      </w:r>
    </w:p>
    <w:p w14:paraId="14689F8D" w14:textId="7D75FB2A" w:rsidR="002A4BC9" w:rsidRPr="004D4C12" w:rsidRDefault="002A4BC9" w:rsidP="002A4BC9">
      <w:pPr>
        <w:jc w:val="both"/>
        <w:rPr>
          <w:lang w:val="pl-PL"/>
        </w:rPr>
      </w:pPr>
      <w:r w:rsidRPr="004D4C12">
        <w:rPr>
          <w:lang w:val="pl-PL"/>
        </w:rPr>
        <w:t>Dane kontaktowe: Starostwo Powiatowe w Białogardzie, Plac Wolności 16-17, 78-200 Białogard,                e-mail: filipczak.oliwia@powiat-bialogard.pl, tel.: 94 312 09 50;</w:t>
      </w:r>
    </w:p>
    <w:p w14:paraId="48AB4DE0" w14:textId="77777777" w:rsidR="00A07DB0" w:rsidRPr="004D4C12" w:rsidRDefault="006867D4">
      <w:pPr>
        <w:spacing w:before="140"/>
        <w:rPr>
          <w:lang w:val="pl-PL"/>
        </w:rPr>
      </w:pPr>
      <w:r w:rsidRPr="004D4C12">
        <w:rPr>
          <w:b/>
          <w:lang w:val="pl-PL"/>
        </w:rPr>
        <w:t>3. Cele i podstawy prawne przetwarzania</w:t>
      </w:r>
    </w:p>
    <w:p w14:paraId="6ED7699B" w14:textId="51F3D037" w:rsidR="00A07DB0" w:rsidRPr="004D4C12" w:rsidRDefault="006867D4" w:rsidP="002A4BC9">
      <w:pPr>
        <w:jc w:val="both"/>
        <w:rPr>
          <w:lang w:val="pl-PL"/>
        </w:rPr>
      </w:pPr>
      <w:r w:rsidRPr="004D4C12">
        <w:rPr>
          <w:lang w:val="pl-PL"/>
        </w:rPr>
        <w:t xml:space="preserve">Pani/Pana dane osobowe będą przetwarzane w celu przygotowania i wydania dokumentu za pośrednictwem </w:t>
      </w:r>
      <w:proofErr w:type="spellStart"/>
      <w:r w:rsidR="00920C6C" w:rsidRPr="004D4C12">
        <w:rPr>
          <w:lang w:val="pl-PL"/>
        </w:rPr>
        <w:t>Powiatomatu</w:t>
      </w:r>
      <w:proofErr w:type="spellEnd"/>
      <w:r w:rsidRPr="004D4C12">
        <w:rPr>
          <w:lang w:val="pl-PL"/>
        </w:rPr>
        <w:t>, identyfikacji osoby uprawnionej do odbioru, przesłania powiadomienia SMS, obsługi kodu PIN, potwierdzenia odbioru, zapewnienia bezpieczeństwa procesu wydania oraz rozliczalności wykonanych czynności.</w:t>
      </w:r>
    </w:p>
    <w:p w14:paraId="0924AA1D" w14:textId="77777777" w:rsidR="002A4BC9" w:rsidRDefault="006867D4" w:rsidP="002A4BC9">
      <w:pPr>
        <w:jc w:val="both"/>
      </w:pPr>
      <w:proofErr w:type="spellStart"/>
      <w:r>
        <w:t>Podstawą</w:t>
      </w:r>
      <w:proofErr w:type="spellEnd"/>
      <w:r>
        <w:t xml:space="preserve"> </w:t>
      </w:r>
      <w:proofErr w:type="spellStart"/>
      <w:r>
        <w:t>prawną</w:t>
      </w:r>
      <w:proofErr w:type="spellEnd"/>
      <w:r>
        <w:t xml:space="preserve"> </w:t>
      </w:r>
      <w:proofErr w:type="spellStart"/>
      <w:r>
        <w:t>przetwarzania</w:t>
      </w:r>
      <w:proofErr w:type="spellEnd"/>
      <w:r>
        <w:t xml:space="preserve"> jest </w:t>
      </w:r>
      <w:r w:rsidR="002A4BC9">
        <w:t>:</w:t>
      </w:r>
    </w:p>
    <w:p w14:paraId="0C8BA42C" w14:textId="2223B159" w:rsidR="002A4BC9" w:rsidRPr="00DC68B5" w:rsidRDefault="002A4BC9" w:rsidP="00DC68B5">
      <w:pPr>
        <w:pStyle w:val="Akapitzlist"/>
        <w:numPr>
          <w:ilvl w:val="0"/>
          <w:numId w:val="21"/>
        </w:numPr>
        <w:jc w:val="both"/>
        <w:rPr>
          <w:strike/>
          <w:color w:val="FF0000"/>
        </w:rPr>
      </w:pPr>
      <w:r w:rsidRPr="004D4C12">
        <w:rPr>
          <w:lang w:val="pl-PL"/>
        </w:rPr>
        <w:t>w zakresie danych niezb</w:t>
      </w:r>
      <w:r w:rsidR="00793404" w:rsidRPr="004D4C12">
        <w:rPr>
          <w:lang w:val="pl-PL"/>
        </w:rPr>
        <w:t>ę</w:t>
      </w:r>
      <w:r w:rsidRPr="004D4C12">
        <w:rPr>
          <w:lang w:val="pl-PL"/>
        </w:rPr>
        <w:t>dnych dla prowadz</w:t>
      </w:r>
      <w:r w:rsidR="00793404" w:rsidRPr="004D4C12">
        <w:rPr>
          <w:lang w:val="pl-PL"/>
        </w:rPr>
        <w:t>enia</w:t>
      </w:r>
      <w:r w:rsidRPr="004D4C12">
        <w:rPr>
          <w:lang w:val="pl-PL"/>
        </w:rPr>
        <w:t xml:space="preserve"> postępowania: </w:t>
      </w:r>
      <w:r w:rsidR="006867D4" w:rsidRPr="004D4C12">
        <w:rPr>
          <w:lang w:val="pl-PL"/>
        </w:rPr>
        <w:t>art. 6 ust. 1 lit. c RODO – wypełnienie obowiązków prawny</w:t>
      </w:r>
      <w:r w:rsidR="009E6702">
        <w:rPr>
          <w:lang w:val="pl-PL"/>
        </w:rPr>
        <w:t>ch ciążących na Administratorze</w:t>
      </w:r>
      <w:r w:rsidR="002A2921">
        <w:rPr>
          <w:lang w:val="pl-PL"/>
        </w:rPr>
        <w:t>;</w:t>
      </w:r>
    </w:p>
    <w:p w14:paraId="10B1FCCE" w14:textId="583E1888" w:rsidR="002A4BC9" w:rsidRDefault="002A4BC9" w:rsidP="00793404">
      <w:pPr>
        <w:pStyle w:val="Akapitzlist"/>
        <w:numPr>
          <w:ilvl w:val="0"/>
          <w:numId w:val="21"/>
        </w:numPr>
        <w:jc w:val="both"/>
        <w:rPr>
          <w:lang w:val="pl-PL"/>
        </w:rPr>
      </w:pPr>
      <w:r w:rsidRPr="004D4C12">
        <w:rPr>
          <w:lang w:val="pl-PL"/>
        </w:rPr>
        <w:t>w</w:t>
      </w:r>
      <w:r w:rsidR="006867D4" w:rsidRPr="004D4C12">
        <w:rPr>
          <w:lang w:val="pl-PL"/>
        </w:rPr>
        <w:t xml:space="preserve"> zakresie danych podanych wyłącznie w celu skorzystania z fakultatywnej formy odbioru</w:t>
      </w:r>
      <w:r w:rsidRPr="004D4C12">
        <w:rPr>
          <w:lang w:val="pl-PL"/>
        </w:rPr>
        <w:t xml:space="preserve"> (numer telefonu): art. 6 ust. 1 lit. a – zgoda osoby, której dane dotyczą; </w:t>
      </w:r>
    </w:p>
    <w:p w14:paraId="5CBE6552" w14:textId="29D265D0" w:rsidR="00057722" w:rsidRPr="002A2921" w:rsidRDefault="00057722" w:rsidP="00DC68B5">
      <w:pPr>
        <w:pStyle w:val="Akapitzlist"/>
        <w:numPr>
          <w:ilvl w:val="0"/>
          <w:numId w:val="21"/>
        </w:numPr>
        <w:jc w:val="both"/>
        <w:rPr>
          <w:lang w:val="pl-PL"/>
        </w:rPr>
      </w:pPr>
      <w:r w:rsidRPr="00244CD5">
        <w:rPr>
          <w:lang w:val="pl-PL"/>
        </w:rPr>
        <w:t>w zakresie danych w postaci wizerunku utrwalonego przez monitoring – art. 6 ust. 1 lit. e RODO w związku z art. 4b ustawy z dnia 5 czerwca 1998 r. o samorządzie powiatowym</w:t>
      </w:r>
      <w:r w:rsidR="00DC68B5">
        <w:rPr>
          <w:lang w:val="pl-PL"/>
        </w:rPr>
        <w:t xml:space="preserve"> - </w:t>
      </w:r>
      <w:r w:rsidR="00DC68B5" w:rsidRPr="002A2921">
        <w:rPr>
          <w:lang w:val="pl-PL"/>
        </w:rPr>
        <w:t>wykonanie zadania realizowanego w interesie publicznym lub w ramach sprawowania władzy publicznej.</w:t>
      </w:r>
    </w:p>
    <w:p w14:paraId="3DC59F56" w14:textId="77777777" w:rsidR="00A07DB0" w:rsidRPr="004D4C12" w:rsidRDefault="006867D4">
      <w:pPr>
        <w:spacing w:before="140"/>
        <w:rPr>
          <w:lang w:val="pl-PL"/>
        </w:rPr>
      </w:pPr>
      <w:r w:rsidRPr="004D4C12">
        <w:rPr>
          <w:b/>
          <w:lang w:val="pl-PL"/>
        </w:rPr>
        <w:t>4. Zakres przetwarzanych danych</w:t>
      </w:r>
    </w:p>
    <w:p w14:paraId="617E7703" w14:textId="1F3A9290" w:rsidR="00A07DB0" w:rsidRPr="004D4C12" w:rsidRDefault="006867D4" w:rsidP="00793404">
      <w:pPr>
        <w:jc w:val="both"/>
        <w:rPr>
          <w:lang w:val="pl-PL"/>
        </w:rPr>
      </w:pPr>
      <w:r w:rsidRPr="004D4C12">
        <w:rPr>
          <w:lang w:val="pl-PL"/>
        </w:rPr>
        <w:t xml:space="preserve">W związku z korzystaniem z </w:t>
      </w:r>
      <w:proofErr w:type="spellStart"/>
      <w:r w:rsidR="00920C6C" w:rsidRPr="004D4C12">
        <w:rPr>
          <w:lang w:val="pl-PL"/>
        </w:rPr>
        <w:t>Powiatomatu</w:t>
      </w:r>
      <w:proofErr w:type="spellEnd"/>
      <w:r w:rsidRPr="004D4C12">
        <w:rPr>
          <w:lang w:val="pl-PL"/>
        </w:rPr>
        <w:t xml:space="preserve"> mogą być przetwarzane w szczególności: imię </w:t>
      </w:r>
      <w:r w:rsidR="00793404" w:rsidRPr="004D4C12">
        <w:rPr>
          <w:lang w:val="pl-PL"/>
        </w:rPr>
        <w:t xml:space="preserve">                      </w:t>
      </w:r>
      <w:r w:rsidRPr="004D4C12">
        <w:rPr>
          <w:lang w:val="pl-PL"/>
        </w:rPr>
        <w:t>i nazwisko, numer telefonu, dane pełnomocnika, numer sprawy, oznaczenie wydawanego dokumentu lub pojazdu, podpis złożony na ekranie, data i godzina zdeponowania i odbioru, numer skrytki, identyfikator operacji oraz wizerunek</w:t>
      </w:r>
      <w:r w:rsidR="00793404" w:rsidRPr="004D4C12">
        <w:rPr>
          <w:lang w:val="pl-PL"/>
        </w:rPr>
        <w:t xml:space="preserve"> odbiorcy</w:t>
      </w:r>
      <w:r w:rsidRPr="004D4C12">
        <w:rPr>
          <w:lang w:val="pl-PL"/>
        </w:rPr>
        <w:t>.</w:t>
      </w:r>
    </w:p>
    <w:p w14:paraId="4BA8A6F3" w14:textId="77777777" w:rsidR="00A07DB0" w:rsidRPr="004D4C12" w:rsidRDefault="006867D4">
      <w:pPr>
        <w:spacing w:before="140"/>
        <w:rPr>
          <w:lang w:val="pl-PL"/>
        </w:rPr>
      </w:pPr>
      <w:r w:rsidRPr="004D4C12">
        <w:rPr>
          <w:b/>
          <w:lang w:val="pl-PL"/>
        </w:rPr>
        <w:lastRenderedPageBreak/>
        <w:t>5. Odbiorcy danych</w:t>
      </w:r>
    </w:p>
    <w:p w14:paraId="20199198" w14:textId="4050E8A3" w:rsidR="00A07DB0" w:rsidRPr="004D4C12" w:rsidRDefault="006867D4" w:rsidP="00793404">
      <w:pPr>
        <w:jc w:val="both"/>
        <w:rPr>
          <w:lang w:val="pl-PL"/>
        </w:rPr>
      </w:pPr>
      <w:r w:rsidRPr="004D4C12">
        <w:rPr>
          <w:lang w:val="pl-PL"/>
        </w:rPr>
        <w:t xml:space="preserve">Odbiorcami danych mogą być podmioty uprawnione na podstawie przepisów prawa oraz podmioty świadczące na rzecz Administratora usługi dostawy, utrzymania, serwisu i wsparcia systemów informatycznych, telekomunikacyjnych oraz </w:t>
      </w:r>
      <w:proofErr w:type="spellStart"/>
      <w:r w:rsidR="00920C6C" w:rsidRPr="004D4C12">
        <w:rPr>
          <w:lang w:val="pl-PL"/>
        </w:rPr>
        <w:t>Powiatomatu</w:t>
      </w:r>
      <w:proofErr w:type="spellEnd"/>
      <w:r w:rsidRPr="004D4C12">
        <w:rPr>
          <w:lang w:val="pl-PL"/>
        </w:rPr>
        <w:t>, działające na podstawie odpowiednich umów i wyłącznie w zakresie niezbędnym do realizacji usług.</w:t>
      </w:r>
    </w:p>
    <w:p w14:paraId="0FF33B7B" w14:textId="77777777" w:rsidR="00A07DB0" w:rsidRPr="004D4C12" w:rsidRDefault="006867D4">
      <w:pPr>
        <w:spacing w:before="140"/>
        <w:rPr>
          <w:lang w:val="pl-PL"/>
        </w:rPr>
      </w:pPr>
      <w:r w:rsidRPr="004D4C12">
        <w:rPr>
          <w:b/>
          <w:lang w:val="pl-PL"/>
        </w:rPr>
        <w:t>6. Przekazywanie danych poza Europejski Obszar Gospodarczy</w:t>
      </w:r>
    </w:p>
    <w:p w14:paraId="013D8733" w14:textId="2F5F89CB" w:rsidR="00A07DB0" w:rsidRPr="004D4C12" w:rsidRDefault="006867D4" w:rsidP="00793404">
      <w:pPr>
        <w:jc w:val="both"/>
        <w:rPr>
          <w:lang w:val="pl-PL"/>
        </w:rPr>
      </w:pPr>
      <w:r w:rsidRPr="004D4C12">
        <w:rPr>
          <w:lang w:val="pl-PL"/>
        </w:rPr>
        <w:t xml:space="preserve">Dane osobowe nie będą przekazywane poza Europejski Obszar Gospodarczy. </w:t>
      </w:r>
    </w:p>
    <w:p w14:paraId="307854C5" w14:textId="77777777" w:rsidR="00A07DB0" w:rsidRPr="004D4C12" w:rsidRDefault="006867D4">
      <w:pPr>
        <w:spacing w:before="140"/>
        <w:rPr>
          <w:lang w:val="pl-PL"/>
        </w:rPr>
      </w:pPr>
      <w:r w:rsidRPr="004D4C12">
        <w:rPr>
          <w:b/>
          <w:lang w:val="pl-PL"/>
        </w:rPr>
        <w:t>7. Okres przechowywania danych</w:t>
      </w:r>
    </w:p>
    <w:p w14:paraId="1358C79C" w14:textId="77777777" w:rsidR="00A07DB0" w:rsidRPr="004D4C12" w:rsidRDefault="006867D4" w:rsidP="00793404">
      <w:pPr>
        <w:jc w:val="both"/>
        <w:rPr>
          <w:lang w:val="pl-PL"/>
        </w:rPr>
      </w:pPr>
      <w:r w:rsidRPr="004D4C12">
        <w:rPr>
          <w:lang w:val="pl-PL"/>
        </w:rPr>
        <w:t>Dane związane z wydaniem dokumentu będą przechowywane przez okres prowadzenia sprawy, a następnie przez okres wynikający z przepisów kancelaryjno-archiwalnych i jednolitego rzeczowego wykazu akt.</w:t>
      </w:r>
    </w:p>
    <w:p w14:paraId="4FEE79EF" w14:textId="542E0F88" w:rsidR="00A07DB0" w:rsidRPr="004D4C12" w:rsidRDefault="006867D4" w:rsidP="00793404">
      <w:pPr>
        <w:jc w:val="both"/>
        <w:rPr>
          <w:lang w:val="pl-PL"/>
        </w:rPr>
      </w:pPr>
      <w:r w:rsidRPr="004D4C12">
        <w:rPr>
          <w:lang w:val="pl-PL"/>
        </w:rPr>
        <w:t xml:space="preserve">Dane techniczne i potwierdzenia operacji w systemie </w:t>
      </w:r>
      <w:proofErr w:type="spellStart"/>
      <w:r w:rsidR="00920C6C" w:rsidRPr="004D4C12">
        <w:rPr>
          <w:lang w:val="pl-PL"/>
        </w:rPr>
        <w:t>Powiatomatu</w:t>
      </w:r>
      <w:proofErr w:type="spellEnd"/>
      <w:r w:rsidRPr="004D4C12">
        <w:rPr>
          <w:lang w:val="pl-PL"/>
        </w:rPr>
        <w:t xml:space="preserve"> będą przechowywane przez okres niezbędny do zapewnienia rozliczalności i bezpieczeństwa procesu wydania, zgodnie </w:t>
      </w:r>
      <w:r w:rsidR="00793404" w:rsidRPr="004D4C12">
        <w:rPr>
          <w:lang w:val="pl-PL"/>
        </w:rPr>
        <w:t xml:space="preserve">                  </w:t>
      </w:r>
      <w:r w:rsidRPr="004D4C12">
        <w:rPr>
          <w:lang w:val="pl-PL"/>
        </w:rPr>
        <w:t>z wewnętrzną polityką retencji Administratora.</w:t>
      </w:r>
    </w:p>
    <w:p w14:paraId="0AC8A83F" w14:textId="086AB344" w:rsidR="00A07DB0" w:rsidRPr="004D4C12" w:rsidRDefault="006867D4" w:rsidP="00793404">
      <w:pPr>
        <w:jc w:val="both"/>
        <w:rPr>
          <w:lang w:val="pl-PL"/>
        </w:rPr>
      </w:pPr>
      <w:r w:rsidRPr="004D4C12">
        <w:rPr>
          <w:lang w:val="pl-PL"/>
        </w:rPr>
        <w:t>Nagrania monitoringu będą przechowywane przez okres określony w regulacjach dotyczących monitoringu obowiązujących w Starostwie, chyba że nagranie stanowi dowód w postępowaniu.</w:t>
      </w:r>
    </w:p>
    <w:p w14:paraId="2F34ECDB" w14:textId="1A7DB74C" w:rsidR="00B94B05" w:rsidRPr="004D4C12" w:rsidRDefault="00793404" w:rsidP="00793404">
      <w:pPr>
        <w:jc w:val="both"/>
        <w:rPr>
          <w:lang w:val="pl-PL"/>
        </w:rPr>
      </w:pPr>
      <w:r w:rsidRPr="004D4C12">
        <w:rPr>
          <w:lang w:val="pl-PL"/>
        </w:rPr>
        <w:t xml:space="preserve">Szczegółowa klauzula dotycząca stosowania monitoringu wizyjnego w Starostwie Powiatowym </w:t>
      </w:r>
      <w:r w:rsidR="00383A33" w:rsidRPr="004D4C12">
        <w:rPr>
          <w:lang w:val="pl-PL"/>
        </w:rPr>
        <w:t xml:space="preserve">                 </w:t>
      </w:r>
      <w:r w:rsidRPr="004D4C12">
        <w:rPr>
          <w:lang w:val="pl-PL"/>
        </w:rPr>
        <w:t>w Białogardzie dostępna jest pod adresem:</w:t>
      </w:r>
      <w:r w:rsidR="00B94B05" w:rsidRPr="004D4C12">
        <w:rPr>
          <w:lang w:val="pl-PL"/>
        </w:rPr>
        <w:t xml:space="preserve"> </w:t>
      </w:r>
      <w:hyperlink r:id="rId8" w:history="1">
        <w:r w:rsidR="00B94B05" w:rsidRPr="004D4C12">
          <w:rPr>
            <w:rStyle w:val="Hipercze"/>
            <w:lang w:val="pl-PL"/>
          </w:rPr>
          <w:t>https://bip.powiat-bialogard.pl/artykuly/rodo</w:t>
        </w:r>
      </w:hyperlink>
    </w:p>
    <w:p w14:paraId="7A5B697B" w14:textId="5B6D50AF" w:rsidR="00B94B05" w:rsidRPr="004D4C12" w:rsidRDefault="00B94B05" w:rsidP="00793404">
      <w:pPr>
        <w:jc w:val="both"/>
        <w:rPr>
          <w:lang w:val="pl-PL"/>
        </w:rPr>
      </w:pPr>
      <w:r w:rsidRPr="004D4C12">
        <w:rPr>
          <w:lang w:val="pl-PL"/>
        </w:rPr>
        <w:t>(</w:t>
      </w:r>
      <w:hyperlink r:id="rId9" w:tgtFrame="_blank" w:history="1">
        <w:r w:rsidRPr="004D4C12">
          <w:rPr>
            <w:rStyle w:val="Hipercze"/>
            <w:lang w:val="pl-PL"/>
          </w:rPr>
          <w:t>Obowiązek informacyjny ADO - MONITORING</w:t>
        </w:r>
      </w:hyperlink>
      <w:r w:rsidRPr="004D4C12">
        <w:rPr>
          <w:lang w:val="pl-PL"/>
        </w:rPr>
        <w:t>)</w:t>
      </w:r>
    </w:p>
    <w:p w14:paraId="4EEB2F95" w14:textId="77777777" w:rsidR="00A07DB0" w:rsidRPr="004D4C12" w:rsidRDefault="006867D4">
      <w:pPr>
        <w:spacing w:before="140"/>
        <w:rPr>
          <w:lang w:val="pl-PL"/>
        </w:rPr>
      </w:pPr>
      <w:r w:rsidRPr="004D4C12">
        <w:rPr>
          <w:b/>
          <w:lang w:val="pl-PL"/>
        </w:rPr>
        <w:t>8. Prawa osoby, której dane dotyczą</w:t>
      </w:r>
    </w:p>
    <w:p w14:paraId="2F8D57E6" w14:textId="77777777" w:rsidR="00A07DB0" w:rsidRPr="004D4C12" w:rsidRDefault="006867D4" w:rsidP="00793404">
      <w:pPr>
        <w:jc w:val="both"/>
        <w:rPr>
          <w:lang w:val="pl-PL"/>
        </w:rPr>
      </w:pPr>
      <w:r w:rsidRPr="004D4C12">
        <w:rPr>
          <w:lang w:val="pl-PL"/>
        </w:rPr>
        <w:t>Przysługuje Pani/Panu – na zasadach określonych w RODO – prawo dostępu do danych, ich sprostowania, ograniczenia przetwarzania, a w przypadkach przewidzianych prawem także prawo usunięcia danych oraz wniesienia sprzeciwu.</w:t>
      </w:r>
    </w:p>
    <w:p w14:paraId="5C71D431" w14:textId="77777777" w:rsidR="00A07DB0" w:rsidRPr="004D4C12" w:rsidRDefault="006867D4" w:rsidP="00793404">
      <w:pPr>
        <w:jc w:val="both"/>
        <w:rPr>
          <w:lang w:val="pl-PL"/>
        </w:rPr>
      </w:pPr>
      <w:r w:rsidRPr="004D4C12">
        <w:rPr>
          <w:lang w:val="pl-PL"/>
        </w:rPr>
        <w:t>Przysługuje również prawo wniesienia skargi do Prezesa Urzędu Ochrony Danych Osobowych, jeżeli uzna Pani/Pan, że przetwarzanie danych narusza przepisy RODO.</w:t>
      </w:r>
    </w:p>
    <w:p w14:paraId="15E63A23" w14:textId="77777777" w:rsidR="00A07DB0" w:rsidRPr="004D4C12" w:rsidRDefault="006867D4">
      <w:pPr>
        <w:spacing w:before="140"/>
        <w:rPr>
          <w:lang w:val="pl-PL"/>
        </w:rPr>
      </w:pPr>
      <w:r w:rsidRPr="004D4C12">
        <w:rPr>
          <w:b/>
          <w:lang w:val="pl-PL"/>
        </w:rPr>
        <w:t>9. Dobrowolność podania danych</w:t>
      </w:r>
    </w:p>
    <w:p w14:paraId="3C511E7E" w14:textId="30246D2E" w:rsidR="00A07DB0" w:rsidRPr="004D4C12" w:rsidRDefault="006867D4" w:rsidP="00793404">
      <w:pPr>
        <w:jc w:val="both"/>
        <w:rPr>
          <w:lang w:val="pl-PL"/>
        </w:rPr>
      </w:pPr>
      <w:r w:rsidRPr="004D4C12">
        <w:rPr>
          <w:lang w:val="pl-PL"/>
        </w:rPr>
        <w:t xml:space="preserve">Podanie danych wymaganych przepisami prawa w prowadzonej sprawie jest obowiązkowe. Podanie numeru telefonu w celu skorzystania z </w:t>
      </w:r>
      <w:proofErr w:type="spellStart"/>
      <w:r w:rsidR="00920C6C" w:rsidRPr="004D4C12">
        <w:rPr>
          <w:lang w:val="pl-PL"/>
        </w:rPr>
        <w:t>Powiatomatu</w:t>
      </w:r>
      <w:proofErr w:type="spellEnd"/>
      <w:r w:rsidRPr="004D4C12">
        <w:rPr>
          <w:lang w:val="pl-PL"/>
        </w:rPr>
        <w:t xml:space="preserve"> jest dobrowolne, ale niezbędne do realizacji tej formy odbioru. Brak numeru telefonu oznacza konieczność skorzystania z innej dostępnej formy odbioru.</w:t>
      </w:r>
    </w:p>
    <w:p w14:paraId="0F0B9015" w14:textId="77777777" w:rsidR="00A07DB0" w:rsidRPr="004D4C12" w:rsidRDefault="006867D4">
      <w:pPr>
        <w:spacing w:before="140"/>
        <w:rPr>
          <w:lang w:val="pl-PL"/>
        </w:rPr>
      </w:pPr>
      <w:r w:rsidRPr="004D4C12">
        <w:rPr>
          <w:b/>
          <w:lang w:val="pl-PL"/>
        </w:rPr>
        <w:t>10. Zautomatyzowane podejmowanie decyzji</w:t>
      </w:r>
    </w:p>
    <w:p w14:paraId="49A333F8" w14:textId="39A99D8F" w:rsidR="00A07DB0" w:rsidRPr="004D4C12" w:rsidRDefault="006867D4" w:rsidP="00793404">
      <w:pPr>
        <w:jc w:val="both"/>
        <w:rPr>
          <w:lang w:val="pl-PL"/>
        </w:rPr>
      </w:pPr>
      <w:r w:rsidRPr="004D4C12">
        <w:rPr>
          <w:lang w:val="pl-PL"/>
        </w:rPr>
        <w:t xml:space="preserve">Dane nie będą wykorzystywane do podejmowania decyzji wywołujących skutki prawne </w:t>
      </w:r>
      <w:r w:rsidR="00793404" w:rsidRPr="004D4C12">
        <w:rPr>
          <w:lang w:val="pl-PL"/>
        </w:rPr>
        <w:t xml:space="preserve">                         </w:t>
      </w:r>
      <w:r w:rsidRPr="004D4C12">
        <w:rPr>
          <w:lang w:val="pl-PL"/>
        </w:rPr>
        <w:t>w sposób wyłącznie zautomatyzowany, w tym do profilowania. Automatyczna weryfikacja numeru telefonu i kodu PIN służy wyłącznie technicznemu otwarciu skrytki.</w:t>
      </w:r>
    </w:p>
    <w:p w14:paraId="492D9A5A" w14:textId="77777777" w:rsidR="006F7A0D" w:rsidRPr="004D4C12" w:rsidRDefault="006F7A0D">
      <w:pPr>
        <w:ind w:firstLine="425"/>
        <w:jc w:val="both"/>
        <w:rPr>
          <w:lang w:val="pl-PL"/>
        </w:rPr>
      </w:pPr>
    </w:p>
    <w:p w14:paraId="5F8C7D3F" w14:textId="77777777" w:rsidR="006F7A0D" w:rsidRPr="004D4C12" w:rsidRDefault="006F7A0D">
      <w:pPr>
        <w:ind w:firstLine="425"/>
        <w:jc w:val="both"/>
        <w:rPr>
          <w:lang w:val="pl-PL"/>
        </w:rPr>
      </w:pPr>
    </w:p>
    <w:p w14:paraId="05603FAB" w14:textId="77777777" w:rsidR="0090553E" w:rsidRPr="004D4C12" w:rsidRDefault="0090553E">
      <w:pPr>
        <w:ind w:firstLine="425"/>
        <w:jc w:val="both"/>
        <w:rPr>
          <w:lang w:val="pl-PL"/>
        </w:rPr>
      </w:pPr>
    </w:p>
    <w:p w14:paraId="707EFCDD" w14:textId="77777777" w:rsidR="0090553E" w:rsidRPr="004D4C12" w:rsidRDefault="0090553E">
      <w:pPr>
        <w:ind w:firstLine="425"/>
        <w:jc w:val="both"/>
        <w:rPr>
          <w:lang w:val="pl-PL"/>
        </w:rPr>
      </w:pPr>
    </w:p>
    <w:p w14:paraId="327D373E" w14:textId="77777777" w:rsidR="002A2921" w:rsidRDefault="002A2921" w:rsidP="006F7A0D">
      <w:pPr>
        <w:jc w:val="right"/>
        <w:rPr>
          <w:sz w:val="20"/>
          <w:szCs w:val="20"/>
          <w:lang w:val="pl-PL"/>
        </w:rPr>
      </w:pPr>
    </w:p>
    <w:sectPr w:rsidR="002A2921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8FA60" w14:textId="77777777" w:rsidR="005E4561" w:rsidRDefault="005E4561">
      <w:pPr>
        <w:spacing w:after="0" w:line="240" w:lineRule="auto"/>
      </w:pPr>
      <w:r>
        <w:separator/>
      </w:r>
    </w:p>
  </w:endnote>
  <w:endnote w:type="continuationSeparator" w:id="0">
    <w:p w14:paraId="3A553B44" w14:textId="77777777" w:rsidR="005E4561" w:rsidRDefault="005E4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57FCB" w14:textId="77777777" w:rsidR="005E4561" w:rsidRDefault="005E4561">
      <w:pPr>
        <w:spacing w:after="0" w:line="240" w:lineRule="auto"/>
      </w:pPr>
      <w:r>
        <w:separator/>
      </w:r>
    </w:p>
  </w:footnote>
  <w:footnote w:type="continuationSeparator" w:id="0">
    <w:p w14:paraId="0DFD03B0" w14:textId="77777777" w:rsidR="005E4561" w:rsidRDefault="005E45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8A4984"/>
    <w:multiLevelType w:val="hybridMultilevel"/>
    <w:tmpl w:val="3D1E2F9A"/>
    <w:lvl w:ilvl="0" w:tplc="0415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 w15:restartNumberingAfterBreak="0">
    <w:nsid w:val="03405063"/>
    <w:multiLevelType w:val="hybridMultilevel"/>
    <w:tmpl w:val="85BE3B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FA193D"/>
    <w:multiLevelType w:val="hybridMultilevel"/>
    <w:tmpl w:val="8BC68C08"/>
    <w:lvl w:ilvl="0" w:tplc="1B5E4B06">
      <w:start w:val="1"/>
      <w:numFmt w:val="decimal"/>
      <w:lvlText w:val="%1)"/>
      <w:lvlJc w:val="left"/>
      <w:pPr>
        <w:ind w:left="4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65" w:hanging="360"/>
      </w:pPr>
    </w:lvl>
    <w:lvl w:ilvl="2" w:tplc="0415001B" w:tentative="1">
      <w:start w:val="1"/>
      <w:numFmt w:val="lowerRoman"/>
      <w:lvlText w:val="%3."/>
      <w:lvlJc w:val="right"/>
      <w:pPr>
        <w:ind w:left="1885" w:hanging="180"/>
      </w:pPr>
    </w:lvl>
    <w:lvl w:ilvl="3" w:tplc="0415000F" w:tentative="1">
      <w:start w:val="1"/>
      <w:numFmt w:val="decimal"/>
      <w:lvlText w:val="%4."/>
      <w:lvlJc w:val="left"/>
      <w:pPr>
        <w:ind w:left="2605" w:hanging="360"/>
      </w:pPr>
    </w:lvl>
    <w:lvl w:ilvl="4" w:tplc="04150019" w:tentative="1">
      <w:start w:val="1"/>
      <w:numFmt w:val="lowerLetter"/>
      <w:lvlText w:val="%5."/>
      <w:lvlJc w:val="left"/>
      <w:pPr>
        <w:ind w:left="3325" w:hanging="360"/>
      </w:pPr>
    </w:lvl>
    <w:lvl w:ilvl="5" w:tplc="0415001B" w:tentative="1">
      <w:start w:val="1"/>
      <w:numFmt w:val="lowerRoman"/>
      <w:lvlText w:val="%6."/>
      <w:lvlJc w:val="right"/>
      <w:pPr>
        <w:ind w:left="4045" w:hanging="180"/>
      </w:pPr>
    </w:lvl>
    <w:lvl w:ilvl="6" w:tplc="0415000F" w:tentative="1">
      <w:start w:val="1"/>
      <w:numFmt w:val="decimal"/>
      <w:lvlText w:val="%7."/>
      <w:lvlJc w:val="left"/>
      <w:pPr>
        <w:ind w:left="4765" w:hanging="360"/>
      </w:pPr>
    </w:lvl>
    <w:lvl w:ilvl="7" w:tplc="04150019" w:tentative="1">
      <w:start w:val="1"/>
      <w:numFmt w:val="lowerLetter"/>
      <w:lvlText w:val="%8."/>
      <w:lvlJc w:val="left"/>
      <w:pPr>
        <w:ind w:left="5485" w:hanging="360"/>
      </w:pPr>
    </w:lvl>
    <w:lvl w:ilvl="8" w:tplc="0415001B" w:tentative="1">
      <w:start w:val="1"/>
      <w:numFmt w:val="lowerRoman"/>
      <w:lvlText w:val="%9."/>
      <w:lvlJc w:val="right"/>
      <w:pPr>
        <w:ind w:left="6205" w:hanging="180"/>
      </w:pPr>
    </w:lvl>
  </w:abstractNum>
  <w:abstractNum w:abstractNumId="12" w15:restartNumberingAfterBreak="0">
    <w:nsid w:val="07601CAA"/>
    <w:multiLevelType w:val="hybridMultilevel"/>
    <w:tmpl w:val="DD524CE2"/>
    <w:lvl w:ilvl="0" w:tplc="04150011">
      <w:start w:val="1"/>
      <w:numFmt w:val="decimal"/>
      <w:lvlText w:val="%1)"/>
      <w:lvlJc w:val="left"/>
      <w:pPr>
        <w:ind w:left="805" w:hanging="360"/>
      </w:p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13" w15:restartNumberingAfterBreak="0">
    <w:nsid w:val="0885118A"/>
    <w:multiLevelType w:val="hybridMultilevel"/>
    <w:tmpl w:val="B4B4F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40014B"/>
    <w:multiLevelType w:val="hybridMultilevel"/>
    <w:tmpl w:val="AA2AB5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987B58"/>
    <w:multiLevelType w:val="hybridMultilevel"/>
    <w:tmpl w:val="79CCF266"/>
    <w:lvl w:ilvl="0" w:tplc="E348BD68">
      <w:start w:val="1"/>
      <w:numFmt w:val="decimal"/>
      <w:lvlText w:val="%1)"/>
      <w:lvlJc w:val="left"/>
      <w:pPr>
        <w:ind w:left="805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16" w15:restartNumberingAfterBreak="0">
    <w:nsid w:val="184E1A18"/>
    <w:multiLevelType w:val="hybridMultilevel"/>
    <w:tmpl w:val="7F846C72"/>
    <w:lvl w:ilvl="0" w:tplc="04150011">
      <w:start w:val="1"/>
      <w:numFmt w:val="decimal"/>
      <w:lvlText w:val="%1)"/>
      <w:lvlJc w:val="left"/>
      <w:pPr>
        <w:ind w:left="805" w:hanging="360"/>
      </w:p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17" w15:restartNumberingAfterBreak="0">
    <w:nsid w:val="25637629"/>
    <w:multiLevelType w:val="hybridMultilevel"/>
    <w:tmpl w:val="AC224780"/>
    <w:lvl w:ilvl="0" w:tplc="04150011">
      <w:start w:val="1"/>
      <w:numFmt w:val="decimal"/>
      <w:lvlText w:val="%1)"/>
      <w:lvlJc w:val="left"/>
      <w:pPr>
        <w:ind w:left="805" w:hanging="360"/>
      </w:p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18" w15:restartNumberingAfterBreak="0">
    <w:nsid w:val="37BD0C16"/>
    <w:multiLevelType w:val="hybridMultilevel"/>
    <w:tmpl w:val="D0BEB78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39035DB0"/>
    <w:multiLevelType w:val="hybridMultilevel"/>
    <w:tmpl w:val="A1F6009A"/>
    <w:lvl w:ilvl="0" w:tplc="8924A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7E35A9"/>
    <w:multiLevelType w:val="hybridMultilevel"/>
    <w:tmpl w:val="68C6D96C"/>
    <w:lvl w:ilvl="0" w:tplc="0415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1" w15:restartNumberingAfterBreak="0">
    <w:nsid w:val="3BA26FE5"/>
    <w:multiLevelType w:val="hybridMultilevel"/>
    <w:tmpl w:val="571893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F16281"/>
    <w:multiLevelType w:val="hybridMultilevel"/>
    <w:tmpl w:val="8D22B83E"/>
    <w:lvl w:ilvl="0" w:tplc="04150011">
      <w:start w:val="1"/>
      <w:numFmt w:val="decimal"/>
      <w:lvlText w:val="%1)"/>
      <w:lvlJc w:val="left"/>
      <w:pPr>
        <w:ind w:left="805" w:hanging="360"/>
      </w:p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23" w15:restartNumberingAfterBreak="0">
    <w:nsid w:val="3F0F5D38"/>
    <w:multiLevelType w:val="hybridMultilevel"/>
    <w:tmpl w:val="F094EA3E"/>
    <w:lvl w:ilvl="0" w:tplc="04150011">
      <w:start w:val="1"/>
      <w:numFmt w:val="decimal"/>
      <w:lvlText w:val="%1)"/>
      <w:lvlJc w:val="left"/>
      <w:pPr>
        <w:ind w:left="805" w:hanging="360"/>
      </w:p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24" w15:restartNumberingAfterBreak="0">
    <w:nsid w:val="5AA072EE"/>
    <w:multiLevelType w:val="hybridMultilevel"/>
    <w:tmpl w:val="C9D809AC"/>
    <w:lvl w:ilvl="0" w:tplc="04150011">
      <w:start w:val="1"/>
      <w:numFmt w:val="decimal"/>
      <w:lvlText w:val="%1)"/>
      <w:lvlJc w:val="left"/>
      <w:pPr>
        <w:ind w:left="805" w:hanging="360"/>
      </w:p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25" w15:restartNumberingAfterBreak="0">
    <w:nsid w:val="65BE6FFB"/>
    <w:multiLevelType w:val="hybridMultilevel"/>
    <w:tmpl w:val="4C5491C6"/>
    <w:lvl w:ilvl="0" w:tplc="04150011">
      <w:start w:val="1"/>
      <w:numFmt w:val="decimal"/>
      <w:lvlText w:val="%1)"/>
      <w:lvlJc w:val="left"/>
      <w:pPr>
        <w:ind w:left="805" w:hanging="360"/>
      </w:p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26" w15:restartNumberingAfterBreak="0">
    <w:nsid w:val="679D30DB"/>
    <w:multiLevelType w:val="hybridMultilevel"/>
    <w:tmpl w:val="126C05BE"/>
    <w:lvl w:ilvl="0" w:tplc="04150011">
      <w:start w:val="1"/>
      <w:numFmt w:val="decimal"/>
      <w:lvlText w:val="%1)"/>
      <w:lvlJc w:val="left"/>
      <w:pPr>
        <w:ind w:left="805" w:hanging="360"/>
      </w:p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27" w15:restartNumberingAfterBreak="0">
    <w:nsid w:val="690128F8"/>
    <w:multiLevelType w:val="hybridMultilevel"/>
    <w:tmpl w:val="EBD26544"/>
    <w:lvl w:ilvl="0" w:tplc="04150011">
      <w:start w:val="1"/>
      <w:numFmt w:val="decimal"/>
      <w:lvlText w:val="%1)"/>
      <w:lvlJc w:val="left"/>
      <w:pPr>
        <w:ind w:left="805" w:hanging="360"/>
      </w:p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28" w15:restartNumberingAfterBreak="0">
    <w:nsid w:val="6A49482C"/>
    <w:multiLevelType w:val="hybridMultilevel"/>
    <w:tmpl w:val="10088272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9759445">
    <w:abstractNumId w:val="8"/>
  </w:num>
  <w:num w:numId="2" w16cid:durableId="647171419">
    <w:abstractNumId w:val="6"/>
  </w:num>
  <w:num w:numId="3" w16cid:durableId="1017661650">
    <w:abstractNumId w:val="5"/>
  </w:num>
  <w:num w:numId="4" w16cid:durableId="816261626">
    <w:abstractNumId w:val="4"/>
  </w:num>
  <w:num w:numId="5" w16cid:durableId="907887628">
    <w:abstractNumId w:val="7"/>
  </w:num>
  <w:num w:numId="6" w16cid:durableId="1896238695">
    <w:abstractNumId w:val="3"/>
  </w:num>
  <w:num w:numId="7" w16cid:durableId="2052269512">
    <w:abstractNumId w:val="2"/>
  </w:num>
  <w:num w:numId="8" w16cid:durableId="1885754079">
    <w:abstractNumId w:val="1"/>
  </w:num>
  <w:num w:numId="9" w16cid:durableId="1800755423">
    <w:abstractNumId w:val="0"/>
  </w:num>
  <w:num w:numId="10" w16cid:durableId="68122097">
    <w:abstractNumId w:val="17"/>
  </w:num>
  <w:num w:numId="11" w16cid:durableId="1349983985">
    <w:abstractNumId w:val="16"/>
  </w:num>
  <w:num w:numId="12" w16cid:durableId="892473234">
    <w:abstractNumId w:val="11"/>
  </w:num>
  <w:num w:numId="13" w16cid:durableId="1258951675">
    <w:abstractNumId w:val="25"/>
  </w:num>
  <w:num w:numId="14" w16cid:durableId="437725369">
    <w:abstractNumId w:val="27"/>
  </w:num>
  <w:num w:numId="15" w16cid:durableId="1916352404">
    <w:abstractNumId w:val="24"/>
  </w:num>
  <w:num w:numId="16" w16cid:durableId="547573628">
    <w:abstractNumId w:val="23"/>
  </w:num>
  <w:num w:numId="17" w16cid:durableId="970398202">
    <w:abstractNumId w:val="15"/>
  </w:num>
  <w:num w:numId="18" w16cid:durableId="2073694763">
    <w:abstractNumId w:val="26"/>
  </w:num>
  <w:num w:numId="19" w16cid:durableId="349844585">
    <w:abstractNumId w:val="22"/>
  </w:num>
  <w:num w:numId="20" w16cid:durableId="190070676">
    <w:abstractNumId w:val="12"/>
  </w:num>
  <w:num w:numId="21" w16cid:durableId="1040276214">
    <w:abstractNumId w:val="19"/>
  </w:num>
  <w:num w:numId="22" w16cid:durableId="1672685412">
    <w:abstractNumId w:val="10"/>
  </w:num>
  <w:num w:numId="23" w16cid:durableId="2060593672">
    <w:abstractNumId w:val="9"/>
  </w:num>
  <w:num w:numId="24" w16cid:durableId="661277731">
    <w:abstractNumId w:val="20"/>
  </w:num>
  <w:num w:numId="25" w16cid:durableId="953049840">
    <w:abstractNumId w:val="21"/>
  </w:num>
  <w:num w:numId="26" w16cid:durableId="462968143">
    <w:abstractNumId w:val="13"/>
  </w:num>
  <w:num w:numId="27" w16cid:durableId="300622689">
    <w:abstractNumId w:val="28"/>
  </w:num>
  <w:num w:numId="28" w16cid:durableId="1118720953">
    <w:abstractNumId w:val="18"/>
  </w:num>
  <w:num w:numId="29" w16cid:durableId="4292772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105C9"/>
    <w:rsid w:val="00034616"/>
    <w:rsid w:val="00057722"/>
    <w:rsid w:val="0006063C"/>
    <w:rsid w:val="000B0EA9"/>
    <w:rsid w:val="000B2AEC"/>
    <w:rsid w:val="000B6ADB"/>
    <w:rsid w:val="000E2140"/>
    <w:rsid w:val="0015074B"/>
    <w:rsid w:val="001566EB"/>
    <w:rsid w:val="001979B3"/>
    <w:rsid w:val="00244CD5"/>
    <w:rsid w:val="0025659C"/>
    <w:rsid w:val="0029639D"/>
    <w:rsid w:val="002A2921"/>
    <w:rsid w:val="002A4BC9"/>
    <w:rsid w:val="00316318"/>
    <w:rsid w:val="00326F90"/>
    <w:rsid w:val="00353BAA"/>
    <w:rsid w:val="00365540"/>
    <w:rsid w:val="00383A33"/>
    <w:rsid w:val="004033C1"/>
    <w:rsid w:val="00442979"/>
    <w:rsid w:val="004D4C12"/>
    <w:rsid w:val="004D7555"/>
    <w:rsid w:val="00510D79"/>
    <w:rsid w:val="005C6666"/>
    <w:rsid w:val="005E3839"/>
    <w:rsid w:val="005E4561"/>
    <w:rsid w:val="006867D4"/>
    <w:rsid w:val="006A27C2"/>
    <w:rsid w:val="006C23C6"/>
    <w:rsid w:val="006C72D7"/>
    <w:rsid w:val="006E5768"/>
    <w:rsid w:val="006F7A0D"/>
    <w:rsid w:val="0077214F"/>
    <w:rsid w:val="00793404"/>
    <w:rsid w:val="007A3ECF"/>
    <w:rsid w:val="007B48AD"/>
    <w:rsid w:val="00810DBD"/>
    <w:rsid w:val="00833D9C"/>
    <w:rsid w:val="008D5233"/>
    <w:rsid w:val="0090553E"/>
    <w:rsid w:val="00920C6C"/>
    <w:rsid w:val="00935549"/>
    <w:rsid w:val="009415BE"/>
    <w:rsid w:val="009B3566"/>
    <w:rsid w:val="009E6702"/>
    <w:rsid w:val="00A07DB0"/>
    <w:rsid w:val="00A21E13"/>
    <w:rsid w:val="00AA1D8D"/>
    <w:rsid w:val="00AA44F9"/>
    <w:rsid w:val="00AD3FDC"/>
    <w:rsid w:val="00AE27E1"/>
    <w:rsid w:val="00B357DC"/>
    <w:rsid w:val="00B47730"/>
    <w:rsid w:val="00B703BF"/>
    <w:rsid w:val="00B854DE"/>
    <w:rsid w:val="00B94B05"/>
    <w:rsid w:val="00BA02DD"/>
    <w:rsid w:val="00BC75DA"/>
    <w:rsid w:val="00C55909"/>
    <w:rsid w:val="00C758D0"/>
    <w:rsid w:val="00C94618"/>
    <w:rsid w:val="00CB0664"/>
    <w:rsid w:val="00CD180A"/>
    <w:rsid w:val="00D74962"/>
    <w:rsid w:val="00D838ED"/>
    <w:rsid w:val="00D940A3"/>
    <w:rsid w:val="00DC68B5"/>
    <w:rsid w:val="00E36360"/>
    <w:rsid w:val="00E60DAF"/>
    <w:rsid w:val="00F00AC1"/>
    <w:rsid w:val="00F05058"/>
    <w:rsid w:val="00F33530"/>
    <w:rsid w:val="00F96A8B"/>
    <w:rsid w:val="00FA44E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F0A5B1"/>
  <w14:defaultImageDpi w14:val="300"/>
  <w15:docId w15:val="{22269007-B44E-A841-8F91-39E2C7140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/>
    </w:pPr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galCenter">
    <w:name w:val="Legal Center"/>
    <w:pPr>
      <w:jc w:val="center"/>
    </w:pPr>
    <w:rPr>
      <w:rFonts w:ascii="Arial" w:hAnsi="Arial"/>
    </w:rPr>
  </w:style>
  <w:style w:type="paragraph" w:customStyle="1" w:styleId="AttachmentLabel">
    <w:name w:val="Attachment Label"/>
    <w:pPr>
      <w:jc w:val="right"/>
    </w:pPr>
    <w:rPr>
      <w:rFonts w:ascii="Arial" w:hAnsi="Arial"/>
      <w:sz w:val="20"/>
    </w:rPr>
  </w:style>
  <w:style w:type="paragraph" w:customStyle="1" w:styleId="StepHeading">
    <w:name w:val="Step Heading"/>
    <w:rPr>
      <w:rFonts w:ascii="Arial" w:hAnsi="Arial"/>
      <w:b/>
      <w:sz w:val="24"/>
    </w:rPr>
  </w:style>
  <w:style w:type="character" w:styleId="Hipercze">
    <w:name w:val="Hyperlink"/>
    <w:basedOn w:val="Domylnaczcionkaakapitu"/>
    <w:uiPriority w:val="99"/>
    <w:unhideWhenUsed/>
    <w:rsid w:val="00B94B05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94B0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D4C12"/>
    <w:pPr>
      <w:spacing w:after="0" w:line="240" w:lineRule="auto"/>
    </w:pPr>
    <w:rPr>
      <w:rFonts w:ascii="Arial" w:hAnsi="Ari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4C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4C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4C12"/>
    <w:rPr>
      <w:rFonts w:ascii="Arial" w:hAnsi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4C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4C12"/>
    <w:rPr>
      <w:rFonts w:ascii="Arial" w:hAnsi="Arial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5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58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owiat-bialogard.pl/artykuly/ro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bip.powiat-bialogard.pl/attachments/15597/download/Obowi%25C4%2585zek%2520informacyjny%2520ADO%2520-%2520MONITO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0F026AA-45B2-4D50-BACD-2A97E3E37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1078</Words>
  <Characters>6470</Characters>
  <Application>Microsoft Office Word</Application>
  <DocSecurity>0</DocSecurity>
  <Lines>53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Starosty Białogardzkiego i Regulamin korzystania z Urzędomatu</vt:lpstr>
      <vt:lpstr/>
    </vt:vector>
  </TitlesOfParts>
  <Manager/>
  <Company/>
  <LinksUpToDate>false</LinksUpToDate>
  <CharactersWithSpaces>7533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Starosty Białogardzkiego i Regulamin korzystania z Urzędomatu</dc:title>
  <dc:subject>Projekt dokumentacji Urzędomatu</dc:subject>
  <dc:creator>OpenAI – projekt na podstawie materiałów przekazanych przez użytkownika</dc:creator>
  <cp:keywords/>
  <dc:description>generated by python-docx</dc:description>
  <cp:lastModifiedBy>Katarzyna Dabrowska</cp:lastModifiedBy>
  <cp:revision>2</cp:revision>
  <cp:lastPrinted>2026-08-11T08:52:00Z</cp:lastPrinted>
  <dcterms:created xsi:type="dcterms:W3CDTF">2026-08-18T13:04:00Z</dcterms:created>
  <dcterms:modified xsi:type="dcterms:W3CDTF">2026-08-18T13:04:00Z</dcterms:modified>
  <cp:category/>
</cp:coreProperties>
</file>